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KVKK İlgili Kişi Başvuru Formu</w:t>
      </w:r>
    </w:p>
    <w:p>
      <w:pPr>
        <w:spacing w:after="240"/>
      </w:pPr>
      <w:r>
        <w:rPr>
          <w:color w:val="5C6770"/>
          <w:sz w:val="20"/>
        </w:rPr>
        <w:t>6698 sayılı Kanun’un 11 ve 13. maddeleri kapsamında | Sürüm 2026-10-v1</w:t>
      </w:r>
    </w:p>
    <w:tbl>
      <w:tblPr>
        <w:tblW w:type="auto" w:w="0"/>
        <w:jc w:val="center"/>
        <w:tblLayout w:type="autofit"/>
        <w:tblLook w:firstColumn="1" w:firstRow="1" w:lastColumn="0" w:lastRow="0" w:noHBand="0" w:noVBand="1" w:val="04A0"/>
      </w:tblPr>
      <w:tblGrid>
        <w:gridCol w:w="9994"/>
      </w:tblGrid>
      <w:tr>
        <w:tc>
          <w:tcPr>
            <w:tcW w:type="dxa" w:w="9994"/>
            <w:shd w:fill="FFF2CC"/>
            <w:tcMar>
              <w:top w:w="50" w:type="dxa"/>
              <w:start w:w="100" w:type="dxa"/>
              <w:bottom w:w="50" w:type="dxa"/>
              <w:end w:w="100" w:type="dxa"/>
            </w:tcMar>
          </w:tcPr>
          <w:p>
            <w:r>
              <w:t>VERİ SORUMLUSU: Selim Pekkul | ADRES: Zeytinoğlu Caddesi, Nilüfer Apartmanı, Bina No: 56, Daire: 61, Kat: 9, Beşiktaş / İstanbul | KVKK E-POSTA: info@kayakrehberi.net | KEP: Bulunmamaktadır.</w:t>
            </w:r>
          </w:p>
        </w:tc>
      </w:tr>
    </w:tbl>
    <w:p>
      <w:pPr>
        <w:pStyle w:val="Heading1"/>
        <w:keepNext/>
      </w:pPr>
      <w:r>
        <w:t>A. Veri sorumlusu ve başvuru kanalları</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02A43"/>
            <w:tcMar>
              <w:top w:w="50" w:type="dxa"/>
              <w:start w:w="100" w:type="dxa"/>
              <w:bottom w:w="50" w:type="dxa"/>
              <w:end w:w="100" w:type="dxa"/>
            </w:tcMar>
          </w:tcPr>
          <w:p>
            <w:r>
              <w:rPr>
                <w:b/>
                <w:color w:val="FFFFFF"/>
                <w:sz w:val="18"/>
              </w:rPr>
              <w:t>Kanal</w:t>
            </w:r>
          </w:p>
        </w:tc>
        <w:tc>
          <w:tcPr>
            <w:tcW w:type="dxa" w:w="4997"/>
            <w:shd w:fill="102A43"/>
            <w:tcMar>
              <w:top w:w="50" w:type="dxa"/>
              <w:start w:w="100" w:type="dxa"/>
              <w:bottom w:w="50" w:type="dxa"/>
              <w:end w:w="100" w:type="dxa"/>
            </w:tcMar>
          </w:tcPr>
          <w:p>
            <w:r>
              <w:rPr>
                <w:b/>
                <w:color w:val="FFFFFF"/>
                <w:sz w:val="18"/>
              </w:rPr>
              <w:t>Başvuru bilgisi</w:t>
            </w:r>
          </w:p>
        </w:tc>
      </w:tr>
      <w:tr>
        <w:tc>
          <w:tcPr>
            <w:tcW w:type="dxa" w:w="4997"/>
            <w:vAlign w:val="top"/>
            <w:tcMar>
              <w:top w:w="50" w:type="dxa"/>
              <w:start w:w="100" w:type="dxa"/>
              <w:bottom w:w="50" w:type="dxa"/>
              <w:end w:w="100" w:type="dxa"/>
            </w:tcMar>
          </w:tcPr>
          <w:p>
            <w:r>
              <w:rPr>
                <w:sz w:val="16"/>
              </w:rPr>
              <w:t>Şahsen / noter / iadeli taahhütlü posta</w:t>
            </w:r>
          </w:p>
        </w:tc>
        <w:tc>
          <w:tcPr>
            <w:tcW w:type="dxa" w:w="4997"/>
            <w:vAlign w:val="top"/>
            <w:tcMar>
              <w:top w:w="50" w:type="dxa"/>
              <w:start w:w="100" w:type="dxa"/>
              <w:bottom w:w="50" w:type="dxa"/>
              <w:end w:w="100" w:type="dxa"/>
            </w:tcMar>
          </w:tcPr>
          <w:p>
            <w:r>
              <w:t>Selim Pekkul - Zeytinoğlu Caddesi, Nilüfer Apartmanı, Bina No: 56, Daire: 61, Kat: 9, Beşiktaş / İstanbul (zarf üzerine “KVKK İlgili Kişi Başvurusu” yazınız).</w:t>
            </w:r>
          </w:p>
        </w:tc>
      </w:tr>
      <w:tr>
        <w:tc>
          <w:tcPr>
            <w:tcW w:type="dxa" w:w="4997"/>
            <w:vAlign w:val="top"/>
            <w:tcMar>
              <w:top w:w="50" w:type="dxa"/>
              <w:start w:w="100" w:type="dxa"/>
              <w:bottom w:w="50" w:type="dxa"/>
              <w:end w:w="100" w:type="dxa"/>
            </w:tcMar>
            <w:shd w:fill="F6F9FB"/>
          </w:tcPr>
          <w:p>
            <w:r>
              <w:rPr>
                <w:sz w:val="16"/>
              </w:rPr>
              <w:t>KEP</w:t>
            </w:r>
          </w:p>
        </w:tc>
        <w:tc>
          <w:tcPr>
            <w:tcW w:type="dxa" w:w="4997"/>
            <w:vAlign w:val="top"/>
            <w:tcMar>
              <w:top w:w="50" w:type="dxa"/>
              <w:start w:w="100" w:type="dxa"/>
              <w:bottom w:w="50" w:type="dxa"/>
              <w:end w:w="100" w:type="dxa"/>
            </w:tcMar>
            <w:shd w:fill="F6F9FB"/>
          </w:tcPr>
          <w:p>
            <w:r>
              <w:t>Veri sorumlusunun KEP adresi bulunmamaktadır.</w:t>
            </w:r>
          </w:p>
        </w:tc>
      </w:tr>
      <w:tr>
        <w:tc>
          <w:tcPr>
            <w:tcW w:type="dxa" w:w="4997"/>
            <w:vAlign w:val="top"/>
            <w:tcMar>
              <w:top w:w="50" w:type="dxa"/>
              <w:start w:w="100" w:type="dxa"/>
              <w:bottom w:w="50" w:type="dxa"/>
              <w:end w:w="100" w:type="dxa"/>
            </w:tcMar>
          </w:tcPr>
          <w:p>
            <w:r>
              <w:rPr>
                <w:sz w:val="16"/>
              </w:rPr>
              <w:t>Güvenli elektronik imza / mobil imza</w:t>
            </w:r>
          </w:p>
        </w:tc>
        <w:tc>
          <w:tcPr>
            <w:tcW w:type="dxa" w:w="4997"/>
            <w:vAlign w:val="top"/>
            <w:tcMar>
              <w:top w:w="50" w:type="dxa"/>
              <w:start w:w="100" w:type="dxa"/>
              <w:bottom w:w="50" w:type="dxa"/>
              <w:end w:w="100" w:type="dxa"/>
            </w:tcMar>
          </w:tcPr>
          <w:p>
            <w:r>
              <w:t>info@kayakrehberi.net adresine güvenli elektronik imza / mobil imza ile imzalı olarak.</w:t>
            </w:r>
          </w:p>
        </w:tc>
      </w:tr>
      <w:tr>
        <w:tc>
          <w:tcPr>
            <w:tcW w:type="dxa" w:w="4997"/>
            <w:vAlign w:val="top"/>
            <w:tcMar>
              <w:top w:w="50" w:type="dxa"/>
              <w:start w:w="100" w:type="dxa"/>
              <w:bottom w:w="50" w:type="dxa"/>
              <w:end w:w="100" w:type="dxa"/>
            </w:tcMar>
            <w:shd w:fill="F6F9FB"/>
          </w:tcPr>
          <w:p>
            <w:r>
              <w:rPr>
                <w:sz w:val="16"/>
              </w:rPr>
              <w:t>Sistemde kayıtlı e-posta</w:t>
            </w:r>
          </w:p>
        </w:tc>
        <w:tc>
          <w:tcPr>
            <w:tcW w:type="dxa" w:w="4997"/>
            <w:vAlign w:val="top"/>
            <w:tcMar>
              <w:top w:w="50" w:type="dxa"/>
              <w:start w:w="100" w:type="dxa"/>
              <w:bottom w:w="50" w:type="dxa"/>
              <w:end w:w="100" w:type="dxa"/>
            </w:tcMar>
            <w:shd w:fill="F6F9FB"/>
          </w:tcPr>
          <w:p>
            <w:r>
              <w:t>Daha önce veri sorumlusuna bildirdiğiniz ve sistemde kayıtlı e-posta adresinizden info@kayakrehberi.net adresine.</w:t>
            </w:r>
          </w:p>
        </w:tc>
      </w:tr>
    </w:tbl>
    <w:p>
      <w:r>
        <w:t>Başvurunun size ait olduğunun doğrulanması için ek bilgi istenebilir. Kimlik belgesi sunulması gerekiyorsa, talep edilmeyen verileri kapatarak paylaşınız. Özel nitelikli kişisel verileri ve başvuruyla ilgisiz belgeleri göndermeyiniz.</w:t>
      </w:r>
    </w:p>
    <w:p>
      <w:pPr>
        <w:pStyle w:val="Heading1"/>
        <w:keepNext/>
      </w:pPr>
      <w:r>
        <w:t>B. Başvuru sahibinin bilgileri</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02A43"/>
            <w:tcMar>
              <w:top w:w="50" w:type="dxa"/>
              <w:start w:w="100" w:type="dxa"/>
              <w:bottom w:w="50" w:type="dxa"/>
              <w:end w:w="100" w:type="dxa"/>
            </w:tcMar>
          </w:tcPr>
          <w:p>
            <w:r>
              <w:rPr>
                <w:b/>
                <w:color w:val="FFFFFF"/>
                <w:sz w:val="18"/>
              </w:rPr>
              <w:t>Alan</w:t>
            </w:r>
          </w:p>
        </w:tc>
        <w:tc>
          <w:tcPr>
            <w:tcW w:type="dxa" w:w="4997"/>
            <w:shd w:fill="102A43"/>
            <w:tcMar>
              <w:top w:w="50" w:type="dxa"/>
              <w:start w:w="100" w:type="dxa"/>
              <w:bottom w:w="50" w:type="dxa"/>
              <w:end w:w="100" w:type="dxa"/>
            </w:tcMar>
          </w:tcPr>
          <w:p>
            <w:r>
              <w:rPr>
                <w:b/>
                <w:color w:val="FFFFFF"/>
                <w:sz w:val="18"/>
              </w:rPr>
              <w:t>Doldurulacak bilgi</w:t>
            </w:r>
          </w:p>
        </w:tc>
      </w:tr>
      <w:tr>
        <w:tc>
          <w:tcPr>
            <w:tcW w:type="dxa" w:w="4997"/>
            <w:vAlign w:val="top"/>
            <w:tcMar>
              <w:top w:w="50" w:type="dxa"/>
              <w:start w:w="100" w:type="dxa"/>
              <w:bottom w:w="50" w:type="dxa"/>
              <w:end w:w="100" w:type="dxa"/>
            </w:tcMar>
          </w:tcPr>
          <w:p>
            <w:r>
              <w:rPr>
                <w:sz w:val="16"/>
              </w:rPr>
              <w:t>Adı ve soyadı</w:t>
            </w:r>
          </w:p>
        </w:tc>
        <w:tc>
          <w:tcPr>
            <w:tcW w:type="dxa" w:w="4997"/>
            <w:vAlign w:val="top"/>
            <w:tcMar>
              <w:top w:w="50" w:type="dxa"/>
              <w:start w:w="100" w:type="dxa"/>
              <w:bottom w:w="50" w:type="dxa"/>
              <w:end w:w="100" w:type="dxa"/>
            </w:tcMar>
          </w:tcPr>
          <w:p>
            <w:r>
              <w:rPr>
                <w:sz w:val="16"/>
              </w:rPr>
            </w:r>
          </w:p>
        </w:tc>
      </w:tr>
      <w:tr>
        <w:tc>
          <w:tcPr>
            <w:tcW w:type="dxa" w:w="4997"/>
            <w:vAlign w:val="top"/>
            <w:tcMar>
              <w:top w:w="50" w:type="dxa"/>
              <w:start w:w="100" w:type="dxa"/>
              <w:bottom w:w="50" w:type="dxa"/>
              <w:end w:w="100" w:type="dxa"/>
            </w:tcMar>
            <w:shd w:fill="F6F9FB"/>
          </w:tcPr>
          <w:p>
            <w:r>
              <w:rPr>
                <w:sz w:val="16"/>
              </w:rPr>
              <w:t>T.C. kimlik numarası</w:t>
            </w:r>
          </w:p>
        </w:tc>
        <w:tc>
          <w:tcPr>
            <w:tcW w:type="dxa" w:w="4997"/>
            <w:vAlign w:val="top"/>
            <w:tcMar>
              <w:top w:w="50" w:type="dxa"/>
              <w:start w:w="100" w:type="dxa"/>
              <w:bottom w:w="50" w:type="dxa"/>
              <w:end w:w="100" w:type="dxa"/>
            </w:tcMar>
            <w:shd w:fill="F6F9FB"/>
          </w:tcPr>
          <w:p>
            <w:r>
              <w:rPr>
                <w:sz w:val="16"/>
              </w:rPr>
            </w:r>
          </w:p>
        </w:tc>
      </w:tr>
      <w:tr>
        <w:tc>
          <w:tcPr>
            <w:tcW w:type="dxa" w:w="4997"/>
            <w:vAlign w:val="top"/>
            <w:tcMar>
              <w:top w:w="50" w:type="dxa"/>
              <w:start w:w="100" w:type="dxa"/>
              <w:bottom w:w="50" w:type="dxa"/>
              <w:end w:w="100" w:type="dxa"/>
            </w:tcMar>
          </w:tcPr>
          <w:p>
            <w:r>
              <w:rPr>
                <w:sz w:val="16"/>
              </w:rPr>
              <w:t>Yabancılar için uyruk / pasaport veya kimlik numarası</w:t>
            </w:r>
          </w:p>
        </w:tc>
        <w:tc>
          <w:tcPr>
            <w:tcW w:type="dxa" w:w="4997"/>
            <w:vAlign w:val="top"/>
            <w:tcMar>
              <w:top w:w="50" w:type="dxa"/>
              <w:start w:w="100" w:type="dxa"/>
              <w:bottom w:w="50" w:type="dxa"/>
              <w:end w:w="100" w:type="dxa"/>
            </w:tcMar>
          </w:tcPr>
          <w:p>
            <w:r>
              <w:rPr>
                <w:sz w:val="16"/>
              </w:rPr>
            </w:r>
          </w:p>
        </w:tc>
      </w:tr>
      <w:tr>
        <w:tc>
          <w:tcPr>
            <w:tcW w:type="dxa" w:w="4997"/>
            <w:vAlign w:val="top"/>
            <w:tcMar>
              <w:top w:w="50" w:type="dxa"/>
              <w:start w:w="100" w:type="dxa"/>
              <w:bottom w:w="50" w:type="dxa"/>
              <w:end w:w="100" w:type="dxa"/>
            </w:tcMar>
            <w:shd w:fill="F6F9FB"/>
          </w:tcPr>
          <w:p>
            <w:r>
              <w:rPr>
                <w:sz w:val="16"/>
              </w:rPr>
              <w:t>Tebligata esas yerleşim yeri veya iş yeri adresi</w:t>
            </w:r>
          </w:p>
        </w:tc>
        <w:tc>
          <w:tcPr>
            <w:tcW w:type="dxa" w:w="4997"/>
            <w:vAlign w:val="top"/>
            <w:tcMar>
              <w:top w:w="50" w:type="dxa"/>
              <w:start w:w="100" w:type="dxa"/>
              <w:bottom w:w="50" w:type="dxa"/>
              <w:end w:w="100" w:type="dxa"/>
            </w:tcMar>
            <w:shd w:fill="F6F9FB"/>
          </w:tcPr>
          <w:p>
            <w:r>
              <w:rPr>
                <w:sz w:val="16"/>
              </w:rPr>
            </w:r>
          </w:p>
        </w:tc>
      </w:tr>
      <w:tr>
        <w:tc>
          <w:tcPr>
            <w:tcW w:type="dxa" w:w="4997"/>
            <w:vAlign w:val="top"/>
            <w:tcMar>
              <w:top w:w="50" w:type="dxa"/>
              <w:start w:w="100" w:type="dxa"/>
              <w:bottom w:w="50" w:type="dxa"/>
              <w:end w:w="100" w:type="dxa"/>
            </w:tcMar>
          </w:tcPr>
          <w:p>
            <w:r>
              <w:rPr>
                <w:sz w:val="16"/>
              </w:rPr>
              <w:t>E-posta adresi (varsa)</w:t>
            </w:r>
          </w:p>
        </w:tc>
        <w:tc>
          <w:tcPr>
            <w:tcW w:type="dxa" w:w="4997"/>
            <w:vAlign w:val="top"/>
            <w:tcMar>
              <w:top w:w="50" w:type="dxa"/>
              <w:start w:w="100" w:type="dxa"/>
              <w:bottom w:w="50" w:type="dxa"/>
              <w:end w:w="100" w:type="dxa"/>
            </w:tcMar>
          </w:tcPr>
          <w:p>
            <w:r>
              <w:rPr>
                <w:sz w:val="16"/>
              </w:rPr>
            </w:r>
          </w:p>
        </w:tc>
      </w:tr>
      <w:tr>
        <w:tc>
          <w:tcPr>
            <w:tcW w:type="dxa" w:w="4997"/>
            <w:vAlign w:val="top"/>
            <w:tcMar>
              <w:top w:w="50" w:type="dxa"/>
              <w:start w:w="100" w:type="dxa"/>
              <w:bottom w:w="50" w:type="dxa"/>
              <w:end w:w="100" w:type="dxa"/>
            </w:tcMar>
            <w:shd w:fill="F6F9FB"/>
          </w:tcPr>
          <w:p>
            <w:r>
              <w:rPr>
                <w:sz w:val="16"/>
              </w:rPr>
              <w:t>Telefon numarası (varsa)</w:t>
            </w:r>
          </w:p>
        </w:tc>
        <w:tc>
          <w:tcPr>
            <w:tcW w:type="dxa" w:w="4997"/>
            <w:vAlign w:val="top"/>
            <w:tcMar>
              <w:top w:w="50" w:type="dxa"/>
              <w:start w:w="100" w:type="dxa"/>
              <w:bottom w:w="50" w:type="dxa"/>
              <w:end w:w="100" w:type="dxa"/>
            </w:tcMar>
            <w:shd w:fill="F6F9FB"/>
          </w:tcPr>
          <w:p>
            <w:r>
              <w:rPr>
                <w:sz w:val="16"/>
              </w:rPr>
            </w:r>
          </w:p>
        </w:tc>
      </w:tr>
      <w:tr>
        <w:tc>
          <w:tcPr>
            <w:tcW w:type="dxa" w:w="4997"/>
            <w:vAlign w:val="top"/>
            <w:tcMar>
              <w:top w:w="50" w:type="dxa"/>
              <w:start w:w="100" w:type="dxa"/>
              <w:bottom w:w="50" w:type="dxa"/>
              <w:end w:w="100" w:type="dxa"/>
            </w:tcMar>
          </w:tcPr>
          <w:p>
            <w:r>
              <w:rPr>
                <w:sz w:val="16"/>
              </w:rPr>
              <w:t>KayakRehberi üyelik e-postası (farklıysa)</w:t>
            </w:r>
          </w:p>
        </w:tc>
        <w:tc>
          <w:tcPr>
            <w:tcW w:type="dxa" w:w="4997"/>
            <w:vAlign w:val="top"/>
            <w:tcMar>
              <w:top w:w="50" w:type="dxa"/>
              <w:start w:w="100" w:type="dxa"/>
              <w:bottom w:w="50" w:type="dxa"/>
              <w:end w:w="100" w:type="dxa"/>
            </w:tcMar>
          </w:tcPr>
          <w:p>
            <w:r>
              <w:rPr>
                <w:sz w:val="16"/>
              </w:rPr>
            </w:r>
          </w:p>
        </w:tc>
      </w:tr>
    </w:tbl>
    <w:p>
      <w:r>
        <w:br w:type="page"/>
      </w:r>
    </w:p>
    <w:p>
      <w:pPr>
        <w:pStyle w:val="Heading1"/>
        <w:keepNext/>
      </w:pPr>
      <w:r>
        <w:t>C. Veri sorumlusu ile ilişkiniz</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02A43"/>
            <w:tcMar>
              <w:top w:w="50" w:type="dxa"/>
              <w:start w:w="100" w:type="dxa"/>
              <w:bottom w:w="50" w:type="dxa"/>
              <w:end w:w="100" w:type="dxa"/>
            </w:tcMar>
          </w:tcPr>
          <w:p>
            <w:r>
              <w:rPr>
                <w:b/>
                <w:color w:val="FFFFFF"/>
                <w:sz w:val="18"/>
              </w:rPr>
              <w:t>Seçim</w:t>
            </w:r>
          </w:p>
        </w:tc>
        <w:tc>
          <w:tcPr>
            <w:tcW w:type="dxa" w:w="4997"/>
            <w:shd w:fill="102A43"/>
            <w:tcMar>
              <w:top w:w="50" w:type="dxa"/>
              <w:start w:w="100" w:type="dxa"/>
              <w:bottom w:w="50" w:type="dxa"/>
              <w:end w:w="100" w:type="dxa"/>
            </w:tcMar>
          </w:tcPr>
          <w:p>
            <w:r>
              <w:rPr>
                <w:b/>
                <w:color w:val="FFFFFF"/>
                <w:sz w:val="18"/>
              </w:rPr>
              <w:t>Açıklama</w:t>
            </w:r>
          </w:p>
        </w:tc>
      </w:tr>
      <w:tr>
        <w:tc>
          <w:tcPr>
            <w:tcW w:type="dxa" w:w="4997"/>
            <w:vAlign w:val="top"/>
            <w:tcMar>
              <w:top w:w="50" w:type="dxa"/>
              <w:start w:w="100" w:type="dxa"/>
              <w:bottom w:w="50" w:type="dxa"/>
              <w:end w:w="100" w:type="dxa"/>
            </w:tcMar>
          </w:tcPr>
          <w:p>
            <w:r>
              <w:rPr>
                <w:sz w:val="16"/>
              </w:rPr>
              <w:t>☐ Site ziyaretçisi</w:t>
            </w:r>
          </w:p>
        </w:tc>
        <w:tc>
          <w:tcPr>
            <w:tcW w:type="dxa" w:w="4997"/>
            <w:vAlign w:val="top"/>
            <w:tcMar>
              <w:top w:w="50" w:type="dxa"/>
              <w:start w:w="100" w:type="dxa"/>
              <w:bottom w:w="50" w:type="dxa"/>
              <w:end w:w="100" w:type="dxa"/>
            </w:tcMar>
          </w:tcPr>
          <w:p>
            <w:r>
              <w:rPr>
                <w:sz w:val="16"/>
              </w:rPr>
              <w:t>Yaklaşık ziyaret tarihi: ____________________</w:t>
            </w:r>
          </w:p>
        </w:tc>
      </w:tr>
      <w:tr>
        <w:tc>
          <w:tcPr>
            <w:tcW w:type="dxa" w:w="4997"/>
            <w:vAlign w:val="top"/>
            <w:tcMar>
              <w:top w:w="50" w:type="dxa"/>
              <w:start w:w="100" w:type="dxa"/>
              <w:bottom w:w="50" w:type="dxa"/>
              <w:end w:w="100" w:type="dxa"/>
            </w:tcMar>
            <w:shd w:fill="F6F9FB"/>
          </w:tcPr>
          <w:p>
            <w:r>
              <w:rPr>
                <w:sz w:val="16"/>
              </w:rPr>
              <w:t>☐ Üye kullanıcı</w:t>
            </w:r>
          </w:p>
        </w:tc>
        <w:tc>
          <w:tcPr>
            <w:tcW w:type="dxa" w:w="4997"/>
            <w:vAlign w:val="top"/>
            <w:tcMar>
              <w:top w:w="50" w:type="dxa"/>
              <w:start w:w="100" w:type="dxa"/>
              <w:bottom w:w="50" w:type="dxa"/>
              <w:end w:w="100" w:type="dxa"/>
            </w:tcMar>
            <w:shd w:fill="F6F9FB"/>
          </w:tcPr>
          <w:p>
            <w:r>
              <w:rPr>
                <w:sz w:val="16"/>
              </w:rPr>
              <w:t>Kullanıcı adı/e-posta: ____________________</w:t>
            </w:r>
          </w:p>
        </w:tc>
      </w:tr>
      <w:tr>
        <w:tc>
          <w:tcPr>
            <w:tcW w:type="dxa" w:w="4997"/>
            <w:vAlign w:val="top"/>
            <w:tcMar>
              <w:top w:w="50" w:type="dxa"/>
              <w:start w:w="100" w:type="dxa"/>
              <w:bottom w:w="50" w:type="dxa"/>
              <w:end w:w="100" w:type="dxa"/>
            </w:tcMar>
          </w:tcPr>
          <w:p>
            <w:r>
              <w:rPr>
                <w:sz w:val="16"/>
              </w:rPr>
              <w:t>☐ Eski üye</w:t>
            </w:r>
          </w:p>
        </w:tc>
        <w:tc>
          <w:tcPr>
            <w:tcW w:type="dxa" w:w="4997"/>
            <w:vAlign w:val="top"/>
            <w:tcMar>
              <w:top w:w="50" w:type="dxa"/>
              <w:start w:w="100" w:type="dxa"/>
              <w:bottom w:w="50" w:type="dxa"/>
              <w:end w:w="100" w:type="dxa"/>
            </w:tcMar>
          </w:tcPr>
          <w:p>
            <w:r>
              <w:rPr>
                <w:sz w:val="16"/>
              </w:rPr>
              <w:t>Üyeliğin sona erdiği yaklaşık tarih: ____________________</w:t>
            </w:r>
          </w:p>
        </w:tc>
      </w:tr>
      <w:tr>
        <w:tc>
          <w:tcPr>
            <w:tcW w:type="dxa" w:w="4997"/>
            <w:vAlign w:val="top"/>
            <w:tcMar>
              <w:top w:w="50" w:type="dxa"/>
              <w:start w:w="100" w:type="dxa"/>
              <w:bottom w:w="50" w:type="dxa"/>
              <w:end w:w="100" w:type="dxa"/>
            </w:tcMar>
            <w:shd w:fill="F6F9FB"/>
          </w:tcPr>
          <w:p>
            <w:r>
              <w:rPr>
                <w:sz w:val="16"/>
              </w:rPr>
              <w:t>☐ Diğer</w:t>
            </w:r>
          </w:p>
        </w:tc>
        <w:tc>
          <w:tcPr>
            <w:tcW w:type="dxa" w:w="4997"/>
            <w:vAlign w:val="top"/>
            <w:tcMar>
              <w:top w:w="50" w:type="dxa"/>
              <w:start w:w="100" w:type="dxa"/>
              <w:bottom w:w="50" w:type="dxa"/>
              <w:end w:w="100" w:type="dxa"/>
            </w:tcMar>
            <w:shd w:fill="F6F9FB"/>
          </w:tcPr>
          <w:p>
            <w:r>
              <w:rPr>
                <w:sz w:val="16"/>
              </w:rPr>
              <w:t>Açıklama: ____________________</w:t>
            </w:r>
          </w:p>
        </w:tc>
      </w:tr>
    </w:tbl>
    <w:p>
      <w:pPr>
        <w:pStyle w:val="Heading1"/>
        <w:keepNext/>
      </w:pPr>
      <w:r>
        <w:t>D. Talebiniz</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02A43"/>
            <w:tcMar>
              <w:top w:w="50" w:type="dxa"/>
              <w:start w:w="100" w:type="dxa"/>
              <w:bottom w:w="50" w:type="dxa"/>
              <w:end w:w="100" w:type="dxa"/>
            </w:tcMar>
          </w:tcPr>
          <w:p>
            <w:r>
              <w:rPr>
                <w:b/>
                <w:color w:val="FFFFFF"/>
                <w:sz w:val="18"/>
              </w:rPr>
              <w:t>Seçiniz</w:t>
            </w:r>
          </w:p>
        </w:tc>
        <w:tc>
          <w:tcPr>
            <w:tcW w:type="dxa" w:w="4997"/>
            <w:shd w:fill="102A43"/>
            <w:tcMar>
              <w:top w:w="50" w:type="dxa"/>
              <w:start w:w="100" w:type="dxa"/>
              <w:bottom w:w="50" w:type="dxa"/>
              <w:end w:w="100" w:type="dxa"/>
            </w:tcMar>
          </w:tcPr>
          <w:p>
            <w:r>
              <w:rPr>
                <w:b/>
                <w:color w:val="FFFFFF"/>
                <w:sz w:val="18"/>
              </w:rPr>
              <w:t>KVKK m.11 kapsamındaki talep</w:t>
            </w:r>
          </w:p>
        </w:tc>
      </w:tr>
      <w:tr>
        <w:tc>
          <w:tcPr>
            <w:tcW w:type="dxa" w:w="4997"/>
            <w:vAlign w:val="top"/>
            <w:tcMar>
              <w:top w:w="50" w:type="dxa"/>
              <w:start w:w="100" w:type="dxa"/>
              <w:bottom w:w="50" w:type="dxa"/>
              <w:end w:w="100" w:type="dxa"/>
            </w:tcMar>
          </w:tcPr>
          <w:p>
            <w:r>
              <w:rPr>
                <w:sz w:val="16"/>
              </w:rPr>
              <w:t>☐</w:t>
            </w:r>
          </w:p>
        </w:tc>
        <w:tc>
          <w:tcPr>
            <w:tcW w:type="dxa" w:w="4997"/>
            <w:vAlign w:val="top"/>
            <w:tcMar>
              <w:top w:w="50" w:type="dxa"/>
              <w:start w:w="100" w:type="dxa"/>
              <w:bottom w:w="50" w:type="dxa"/>
              <w:end w:w="100" w:type="dxa"/>
            </w:tcMar>
          </w:tcPr>
          <w:p>
            <w:r>
              <w:rPr>
                <w:sz w:val="16"/>
              </w:rPr>
              <w:t>Kişisel verilerimin işlenip işlenmediğini öğrenmek istiyorum.</w:t>
            </w:r>
          </w:p>
        </w:tc>
      </w:tr>
      <w:tr>
        <w:tc>
          <w:tcPr>
            <w:tcW w:type="dxa" w:w="4997"/>
            <w:vAlign w:val="top"/>
            <w:tcMar>
              <w:top w:w="50" w:type="dxa"/>
              <w:start w:w="100" w:type="dxa"/>
              <w:bottom w:w="50" w:type="dxa"/>
              <w:end w:w="100" w:type="dxa"/>
            </w:tcMar>
            <w:shd w:fill="F6F9FB"/>
          </w:tcPr>
          <w:p>
            <w:r>
              <w:rPr>
                <w:sz w:val="16"/>
              </w:rPr>
              <w:t>☐</w:t>
            </w:r>
          </w:p>
        </w:tc>
        <w:tc>
          <w:tcPr>
            <w:tcW w:type="dxa" w:w="4997"/>
            <w:vAlign w:val="top"/>
            <w:tcMar>
              <w:top w:w="50" w:type="dxa"/>
              <w:start w:w="100" w:type="dxa"/>
              <w:bottom w:w="50" w:type="dxa"/>
              <w:end w:w="100" w:type="dxa"/>
            </w:tcMar>
            <w:shd w:fill="F6F9FB"/>
          </w:tcPr>
          <w:p>
            <w:r>
              <w:rPr>
                <w:sz w:val="16"/>
              </w:rPr>
              <w:t>Kişisel verilerim işlenmişse buna ilişkin bilgi talep ediyorum.</w:t>
            </w:r>
          </w:p>
        </w:tc>
      </w:tr>
      <w:tr>
        <w:tc>
          <w:tcPr>
            <w:tcW w:type="dxa" w:w="4997"/>
            <w:vAlign w:val="top"/>
            <w:tcMar>
              <w:top w:w="50" w:type="dxa"/>
              <w:start w:w="100" w:type="dxa"/>
              <w:bottom w:w="50" w:type="dxa"/>
              <w:end w:w="100" w:type="dxa"/>
            </w:tcMar>
          </w:tcPr>
          <w:p>
            <w:r>
              <w:rPr>
                <w:sz w:val="16"/>
              </w:rPr>
              <w:t>☐</w:t>
            </w:r>
          </w:p>
        </w:tc>
        <w:tc>
          <w:tcPr>
            <w:tcW w:type="dxa" w:w="4997"/>
            <w:vAlign w:val="top"/>
            <w:tcMar>
              <w:top w:w="50" w:type="dxa"/>
              <w:start w:w="100" w:type="dxa"/>
              <w:bottom w:w="50" w:type="dxa"/>
              <w:end w:w="100" w:type="dxa"/>
            </w:tcMar>
          </w:tcPr>
          <w:p>
            <w:r>
              <w:rPr>
                <w:sz w:val="16"/>
              </w:rPr>
              <w:t>İşleme amacını ve verilerimin amacına uygun kullanılıp kullanılmadığını öğrenmek istiyorum.</w:t>
            </w:r>
          </w:p>
        </w:tc>
      </w:tr>
      <w:tr>
        <w:tc>
          <w:tcPr>
            <w:tcW w:type="dxa" w:w="4997"/>
            <w:vAlign w:val="top"/>
            <w:tcMar>
              <w:top w:w="50" w:type="dxa"/>
              <w:start w:w="100" w:type="dxa"/>
              <w:bottom w:w="50" w:type="dxa"/>
              <w:end w:w="100" w:type="dxa"/>
            </w:tcMar>
            <w:shd w:fill="F6F9FB"/>
          </w:tcPr>
          <w:p>
            <w:r>
              <w:rPr>
                <w:sz w:val="16"/>
              </w:rPr>
              <w:t>☐</w:t>
            </w:r>
          </w:p>
        </w:tc>
        <w:tc>
          <w:tcPr>
            <w:tcW w:type="dxa" w:w="4997"/>
            <w:vAlign w:val="top"/>
            <w:tcMar>
              <w:top w:w="50" w:type="dxa"/>
              <w:start w:w="100" w:type="dxa"/>
              <w:bottom w:w="50" w:type="dxa"/>
              <w:end w:w="100" w:type="dxa"/>
            </w:tcMar>
            <w:shd w:fill="F6F9FB"/>
          </w:tcPr>
          <w:p>
            <w:r>
              <w:rPr>
                <w:sz w:val="16"/>
              </w:rPr>
              <w:t>Kişisel verilerimin aktarıldığı yurt içi ve/veya yurt dışı üçüncü kişileri öğrenmek istiyorum.</w:t>
            </w:r>
          </w:p>
        </w:tc>
      </w:tr>
      <w:tr>
        <w:tc>
          <w:tcPr>
            <w:tcW w:type="dxa" w:w="4997"/>
            <w:vAlign w:val="top"/>
            <w:tcMar>
              <w:top w:w="50" w:type="dxa"/>
              <w:start w:w="100" w:type="dxa"/>
              <w:bottom w:w="50" w:type="dxa"/>
              <w:end w:w="100" w:type="dxa"/>
            </w:tcMar>
          </w:tcPr>
          <w:p>
            <w:r>
              <w:rPr>
                <w:sz w:val="16"/>
              </w:rPr>
              <w:t>☐</w:t>
            </w:r>
          </w:p>
        </w:tc>
        <w:tc>
          <w:tcPr>
            <w:tcW w:type="dxa" w:w="4997"/>
            <w:vAlign w:val="top"/>
            <w:tcMar>
              <w:top w:w="50" w:type="dxa"/>
              <w:start w:w="100" w:type="dxa"/>
              <w:bottom w:w="50" w:type="dxa"/>
              <w:end w:w="100" w:type="dxa"/>
            </w:tcMar>
          </w:tcPr>
          <w:p>
            <w:r>
              <w:rPr>
                <w:sz w:val="16"/>
              </w:rPr>
              <w:t>Eksik veya yanlış işlenen kişisel verilerimin düzeltilmesini istiyorum.</w:t>
            </w:r>
          </w:p>
        </w:tc>
      </w:tr>
      <w:tr>
        <w:tc>
          <w:tcPr>
            <w:tcW w:type="dxa" w:w="4997"/>
            <w:vAlign w:val="top"/>
            <w:tcMar>
              <w:top w:w="50" w:type="dxa"/>
              <w:start w:w="100" w:type="dxa"/>
              <w:bottom w:w="50" w:type="dxa"/>
              <w:end w:w="100" w:type="dxa"/>
            </w:tcMar>
            <w:shd w:fill="F6F9FB"/>
          </w:tcPr>
          <w:p>
            <w:r>
              <w:rPr>
                <w:sz w:val="16"/>
              </w:rPr>
              <w:t>☐</w:t>
            </w:r>
          </w:p>
        </w:tc>
        <w:tc>
          <w:tcPr>
            <w:tcW w:type="dxa" w:w="4997"/>
            <w:vAlign w:val="top"/>
            <w:tcMar>
              <w:top w:w="50" w:type="dxa"/>
              <w:start w:w="100" w:type="dxa"/>
              <w:bottom w:w="50" w:type="dxa"/>
              <w:end w:w="100" w:type="dxa"/>
            </w:tcMar>
            <w:shd w:fill="F6F9FB"/>
          </w:tcPr>
          <w:p>
            <w:r>
              <w:rPr>
                <w:sz w:val="16"/>
              </w:rPr>
              <w:t>KVKK m.7 şartları kapsamında kişisel verilerimin silinmesini veya yok edilmesini istiyorum.</w:t>
            </w:r>
          </w:p>
        </w:tc>
      </w:tr>
      <w:tr>
        <w:tc>
          <w:tcPr>
            <w:tcW w:type="dxa" w:w="4997"/>
            <w:vAlign w:val="top"/>
            <w:tcMar>
              <w:top w:w="50" w:type="dxa"/>
              <w:start w:w="100" w:type="dxa"/>
              <w:bottom w:w="50" w:type="dxa"/>
              <w:end w:w="100" w:type="dxa"/>
            </w:tcMar>
          </w:tcPr>
          <w:p>
            <w:r>
              <w:rPr>
                <w:sz w:val="16"/>
              </w:rPr>
              <w:t>☐</w:t>
            </w:r>
          </w:p>
        </w:tc>
        <w:tc>
          <w:tcPr>
            <w:tcW w:type="dxa" w:w="4997"/>
            <w:vAlign w:val="top"/>
            <w:tcMar>
              <w:top w:w="50" w:type="dxa"/>
              <w:start w:w="100" w:type="dxa"/>
              <w:bottom w:w="50" w:type="dxa"/>
              <w:end w:w="100" w:type="dxa"/>
            </w:tcMar>
          </w:tcPr>
          <w:p>
            <w:r>
              <w:rPr>
                <w:sz w:val="16"/>
              </w:rPr>
              <w:t>Düzeltme, silme veya yok etme işleminin verilerimin aktarıldığı üçüncü kişilere bildirilmesini istiyorum.</w:t>
            </w:r>
          </w:p>
        </w:tc>
      </w:tr>
      <w:tr>
        <w:tc>
          <w:tcPr>
            <w:tcW w:type="dxa" w:w="4997"/>
            <w:vAlign w:val="top"/>
            <w:tcMar>
              <w:top w:w="50" w:type="dxa"/>
              <w:start w:w="100" w:type="dxa"/>
              <w:bottom w:w="50" w:type="dxa"/>
              <w:end w:w="100" w:type="dxa"/>
            </w:tcMar>
            <w:shd w:fill="F6F9FB"/>
          </w:tcPr>
          <w:p>
            <w:r>
              <w:rPr>
                <w:sz w:val="16"/>
              </w:rPr>
              <w:t>☐</w:t>
            </w:r>
          </w:p>
        </w:tc>
        <w:tc>
          <w:tcPr>
            <w:tcW w:type="dxa" w:w="4997"/>
            <w:vAlign w:val="top"/>
            <w:tcMar>
              <w:top w:w="50" w:type="dxa"/>
              <w:start w:w="100" w:type="dxa"/>
              <w:bottom w:w="50" w:type="dxa"/>
              <w:end w:w="100" w:type="dxa"/>
            </w:tcMar>
            <w:shd w:fill="F6F9FB"/>
          </w:tcPr>
          <w:p>
            <w:r>
              <w:rPr>
                <w:sz w:val="16"/>
              </w:rPr>
              <w:t>Münhasıran otomatik sistemlerle analiz sonucu aleyhime çıkan sonuca itiraz ediyorum.</w:t>
            </w:r>
          </w:p>
        </w:tc>
      </w:tr>
      <w:tr>
        <w:tc>
          <w:tcPr>
            <w:tcW w:type="dxa" w:w="4997"/>
            <w:vAlign w:val="top"/>
            <w:tcMar>
              <w:top w:w="50" w:type="dxa"/>
              <w:start w:w="100" w:type="dxa"/>
              <w:bottom w:w="50" w:type="dxa"/>
              <w:end w:w="100" w:type="dxa"/>
            </w:tcMar>
          </w:tcPr>
          <w:p>
            <w:r>
              <w:rPr>
                <w:sz w:val="16"/>
              </w:rPr>
              <w:t>☐</w:t>
            </w:r>
          </w:p>
        </w:tc>
        <w:tc>
          <w:tcPr>
            <w:tcW w:type="dxa" w:w="4997"/>
            <w:vAlign w:val="top"/>
            <w:tcMar>
              <w:top w:w="50" w:type="dxa"/>
              <w:start w:w="100" w:type="dxa"/>
              <w:bottom w:w="50" w:type="dxa"/>
              <w:end w:w="100" w:type="dxa"/>
            </w:tcMar>
          </w:tcPr>
          <w:p>
            <w:r>
              <w:rPr>
                <w:sz w:val="16"/>
              </w:rPr>
              <w:t>Kanuna aykırı işleme nedeniyle uğradığım zararın giderilmesini talep ediyorum.</w:t>
            </w:r>
          </w:p>
        </w:tc>
      </w:tr>
      <w:tr>
        <w:tc>
          <w:tcPr>
            <w:tcW w:type="dxa" w:w="4997"/>
            <w:vAlign w:val="top"/>
            <w:tcMar>
              <w:top w:w="50" w:type="dxa"/>
              <w:start w:w="100" w:type="dxa"/>
              <w:bottom w:w="50" w:type="dxa"/>
              <w:end w:w="100" w:type="dxa"/>
            </w:tcMar>
            <w:shd w:fill="F6F9FB"/>
          </w:tcPr>
          <w:p>
            <w:r>
              <w:rPr>
                <w:sz w:val="16"/>
              </w:rPr>
              <w:t>☐</w:t>
            </w:r>
          </w:p>
        </w:tc>
        <w:tc>
          <w:tcPr>
            <w:tcW w:type="dxa" w:w="4997"/>
            <w:vAlign w:val="top"/>
            <w:tcMar>
              <w:top w:w="50" w:type="dxa"/>
              <w:start w:w="100" w:type="dxa"/>
              <w:bottom w:w="50" w:type="dxa"/>
              <w:end w:w="100" w:type="dxa"/>
            </w:tcMar>
            <w:shd w:fill="F6F9FB"/>
          </w:tcPr>
          <w:p>
            <w:r>
              <w:rPr>
                <w:sz w:val="16"/>
              </w:rPr>
              <w:t>Diğer: ______________________________________________________________</w:t>
            </w:r>
          </w:p>
        </w:tc>
      </w:tr>
    </w:tbl>
    <w:p>
      <w:pPr>
        <w:pStyle w:val="Heading1"/>
        <w:keepNext/>
      </w:pPr>
      <w:r>
        <w:t>E. Talebin ayrıntıları</w:t>
      </w:r>
    </w:p>
    <w:p>
      <w:pPr>
        <w:spacing w:after="60"/>
      </w:pPr>
      <w:r>
        <w:t>________________________________________________________________________________</w:t>
      </w:r>
    </w:p>
    <w:p>
      <w:pPr>
        <w:spacing w:after="60"/>
      </w:pPr>
      <w:r>
        <w:t>________________________________________________________________________________</w:t>
      </w:r>
    </w:p>
    <w:p>
      <w:pPr>
        <w:spacing w:after="60"/>
      </w:pPr>
      <w:r>
        <w:t>________________________________________________________________________________</w:t>
      </w:r>
    </w:p>
    <w:p>
      <w:pPr>
        <w:spacing w:after="60"/>
      </w:pPr>
      <w:r>
        <w:t>________________________________________________________________________________</w:t>
      </w:r>
    </w:p>
    <w:p>
      <w:pPr>
        <w:spacing w:after="60"/>
      </w:pPr>
      <w:r>
        <w:t>________________________________________________________________________________</w:t>
      </w:r>
    </w:p>
    <w:p>
      <w:r>
        <w:br w:type="page"/>
      </w:r>
    </w:p>
    <w:p>
      <w:pPr>
        <w:pStyle w:val="Heading1"/>
        <w:keepNext/>
      </w:pPr>
      <w:r>
        <w:t>F. Cevabın bildirilmesini istediğiniz yöntem</w:t>
      </w:r>
    </w:p>
    <w:p>
      <w:pPr>
        <w:pStyle w:val="ListBullet"/>
        <w:ind w:left="259" w:hanging="202"/>
      </w:pPr>
      <w:r>
        <w:t>☐ Yukarıda belirttiğim posta adresine</w:t>
      </w:r>
    </w:p>
    <w:p>
      <w:pPr>
        <w:pStyle w:val="ListBullet"/>
        <w:ind w:left="259" w:hanging="202"/>
      </w:pPr>
      <w:r>
        <w:t>☐ Yukarıda belirttiğim e-posta adresine</w:t>
      </w:r>
    </w:p>
    <w:p>
      <w:pPr>
        <w:pStyle w:val="ListBullet"/>
        <w:ind w:left="259" w:hanging="202"/>
      </w:pPr>
      <w:r>
        <w:t>☐ KEP adresime</w:t>
      </w:r>
    </w:p>
    <w:p>
      <w:pPr>
        <w:pStyle w:val="ListBullet"/>
        <w:ind w:left="259" w:hanging="202"/>
      </w:pPr>
      <w:r>
        <w:t>☐ Elden teslim (vekalet/temsil belgesi ibrazı gerekebilir)</w:t>
      </w:r>
    </w:p>
    <w:p>
      <w:pPr>
        <w:pStyle w:val="Heading1"/>
        <w:keepNext/>
      </w:pPr>
      <w:r>
        <w:t>G. Ekler</w:t>
      </w:r>
    </w:p>
    <w:p>
      <w:r>
        <w:t>1. ______________________________________________________________________________</w:t>
      </w:r>
    </w:p>
    <w:p>
      <w:r>
        <w:t>2. ______________________________________________________________________________</w:t>
      </w:r>
    </w:p>
    <w:p>
      <w:r>
        <w:t>3. ______________________________________________________________________________</w:t>
      </w:r>
    </w:p>
    <w:p>
      <w:pPr>
        <w:pStyle w:val="Heading1"/>
        <w:keepNext/>
      </w:pPr>
      <w:r>
        <w:t>H. Beyan ve imza</w:t>
      </w:r>
    </w:p>
    <w:p>
      <w:r>
        <w:t>Bu formda verdiğim bilgi ve belgelerin doğru, güncel ve tarafıma ait olduğunu; başvurunun sonuçlandırılması için gerekli doğrulama işlemlerinin yapılabileceğini beyan ederim.</w:t>
      </w:r>
    </w:p>
    <w:tbl>
      <w:tblPr>
        <w:tblStyle w:val="TableGrid"/>
        <w:tblW w:type="auto" w:w="0"/>
        <w:jc w:val="center"/>
        <w:tblLayout w:type="autofit"/>
        <w:tblLook w:firstColumn="1" w:firstRow="1" w:lastColumn="0" w:lastRow="0" w:noHBand="0" w:noVBand="1" w:val="04A0"/>
      </w:tblPr>
      <w:tblGrid>
        <w:gridCol w:w="3331"/>
        <w:gridCol w:w="3331"/>
        <w:gridCol w:w="3331"/>
      </w:tblGrid>
      <w:tr>
        <w:trPr>
          <w:tblHeader w:val="true"/>
        </w:trPr>
        <w:tc>
          <w:tcPr>
            <w:tcW w:type="dxa" w:w="3331"/>
            <w:shd w:fill="102A43"/>
            <w:tcMar>
              <w:top w:w="50" w:type="dxa"/>
              <w:start w:w="100" w:type="dxa"/>
              <w:bottom w:w="50" w:type="dxa"/>
              <w:end w:w="100" w:type="dxa"/>
            </w:tcMar>
          </w:tcPr>
          <w:p>
            <w:r>
              <w:rPr>
                <w:b/>
                <w:color w:val="FFFFFF"/>
                <w:sz w:val="18"/>
              </w:rPr>
              <w:t>Tarih</w:t>
            </w:r>
          </w:p>
        </w:tc>
        <w:tc>
          <w:tcPr>
            <w:tcW w:type="dxa" w:w="3331"/>
            <w:shd w:fill="102A43"/>
            <w:tcMar>
              <w:top w:w="50" w:type="dxa"/>
              <w:start w:w="100" w:type="dxa"/>
              <w:bottom w:w="50" w:type="dxa"/>
              <w:end w:w="100" w:type="dxa"/>
            </w:tcMar>
          </w:tcPr>
          <w:p>
            <w:r>
              <w:rPr>
                <w:b/>
                <w:color w:val="FFFFFF"/>
                <w:sz w:val="18"/>
              </w:rPr>
              <w:t>Başvuru sahibinin adı-soyadı</w:t>
            </w:r>
          </w:p>
        </w:tc>
        <w:tc>
          <w:tcPr>
            <w:tcW w:type="dxa" w:w="3331"/>
            <w:shd w:fill="102A43"/>
            <w:tcMar>
              <w:top w:w="50" w:type="dxa"/>
              <w:start w:w="100" w:type="dxa"/>
              <w:bottom w:w="50" w:type="dxa"/>
              <w:end w:w="100" w:type="dxa"/>
            </w:tcMar>
          </w:tcPr>
          <w:p>
            <w:r>
              <w:rPr>
                <w:b/>
                <w:color w:val="FFFFFF"/>
                <w:sz w:val="18"/>
              </w:rPr>
              <w:t>İmza</w:t>
            </w:r>
          </w:p>
        </w:tc>
      </w:tr>
      <w:tr>
        <w:tc>
          <w:tcPr>
            <w:tcW w:type="dxa" w:w="3331"/>
            <w:vAlign w:val="top"/>
            <w:tcMar>
              <w:top w:w="50" w:type="dxa"/>
              <w:start w:w="100" w:type="dxa"/>
              <w:bottom w:w="50" w:type="dxa"/>
              <w:end w:w="100" w:type="dxa"/>
            </w:tcMar>
          </w:tcPr>
          <w:p>
            <w:r>
              <w:rPr>
                <w:sz w:val="16"/>
              </w:rPr>
              <w:t>____ / ____ / ______</w:t>
            </w:r>
          </w:p>
        </w:tc>
        <w:tc>
          <w:tcPr>
            <w:tcW w:type="dxa" w:w="3331"/>
            <w:vAlign w:val="top"/>
            <w:tcMar>
              <w:top w:w="50" w:type="dxa"/>
              <w:start w:w="100" w:type="dxa"/>
              <w:bottom w:w="50" w:type="dxa"/>
              <w:end w:w="100" w:type="dxa"/>
            </w:tcMar>
          </w:tcPr>
          <w:p>
            <w:r>
              <w:rPr>
                <w:sz w:val="16"/>
              </w:rPr>
              <w:t>____________________________</w:t>
            </w:r>
          </w:p>
        </w:tc>
        <w:tc>
          <w:tcPr>
            <w:tcW w:type="dxa" w:w="3331"/>
            <w:vAlign w:val="top"/>
            <w:tcMar>
              <w:top w:w="50" w:type="dxa"/>
              <w:start w:w="100" w:type="dxa"/>
              <w:bottom w:w="50" w:type="dxa"/>
              <w:end w:w="100" w:type="dxa"/>
            </w:tcMar>
          </w:tcPr>
          <w:p>
            <w:r>
              <w:rPr>
                <w:sz w:val="16"/>
              </w:rPr>
              <w:t>____________________________</w:t>
            </w:r>
          </w:p>
        </w:tc>
      </w:tr>
    </w:tbl>
    <w:p>
      <w:pPr>
        <w:pStyle w:val="Heading1"/>
        <w:keepNext/>
      </w:pPr>
      <w:r>
        <w:t>Temsilci aracılığıyla başvuru varsa</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02A43"/>
            <w:tcMar>
              <w:top w:w="50" w:type="dxa"/>
              <w:start w:w="100" w:type="dxa"/>
              <w:bottom w:w="50" w:type="dxa"/>
              <w:end w:w="100" w:type="dxa"/>
            </w:tcMar>
          </w:tcPr>
          <w:p>
            <w:r>
              <w:rPr>
                <w:b/>
                <w:color w:val="FFFFFF"/>
                <w:sz w:val="18"/>
              </w:rPr>
              <w:t>Alan</w:t>
            </w:r>
          </w:p>
        </w:tc>
        <w:tc>
          <w:tcPr>
            <w:tcW w:type="dxa" w:w="4997"/>
            <w:shd w:fill="102A43"/>
            <w:tcMar>
              <w:top w:w="50" w:type="dxa"/>
              <w:start w:w="100" w:type="dxa"/>
              <w:bottom w:w="50" w:type="dxa"/>
              <w:end w:w="100" w:type="dxa"/>
            </w:tcMar>
          </w:tcPr>
          <w:p>
            <w:r>
              <w:rPr>
                <w:b/>
                <w:color w:val="FFFFFF"/>
                <w:sz w:val="18"/>
              </w:rPr>
              <w:t>Bilgi</w:t>
            </w:r>
          </w:p>
        </w:tc>
      </w:tr>
      <w:tr>
        <w:tc>
          <w:tcPr>
            <w:tcW w:type="dxa" w:w="4997"/>
            <w:vAlign w:val="top"/>
            <w:tcMar>
              <w:top w:w="50" w:type="dxa"/>
              <w:start w:w="100" w:type="dxa"/>
              <w:bottom w:w="50" w:type="dxa"/>
              <w:end w:w="100" w:type="dxa"/>
            </w:tcMar>
          </w:tcPr>
          <w:p>
            <w:r>
              <w:rPr>
                <w:sz w:val="16"/>
              </w:rPr>
              <w:t>Temsilcinin adı-soyadı</w:t>
            </w:r>
          </w:p>
        </w:tc>
        <w:tc>
          <w:tcPr>
            <w:tcW w:type="dxa" w:w="4997"/>
            <w:vAlign w:val="top"/>
            <w:tcMar>
              <w:top w:w="50" w:type="dxa"/>
              <w:start w:w="100" w:type="dxa"/>
              <w:bottom w:w="50" w:type="dxa"/>
              <w:end w:w="100" w:type="dxa"/>
            </w:tcMar>
          </w:tcPr>
          <w:p>
            <w:r>
              <w:rPr>
                <w:sz w:val="16"/>
              </w:rPr>
            </w:r>
          </w:p>
        </w:tc>
      </w:tr>
      <w:tr>
        <w:tc>
          <w:tcPr>
            <w:tcW w:type="dxa" w:w="4997"/>
            <w:vAlign w:val="top"/>
            <w:tcMar>
              <w:top w:w="50" w:type="dxa"/>
              <w:start w:w="100" w:type="dxa"/>
              <w:bottom w:w="50" w:type="dxa"/>
              <w:end w:w="100" w:type="dxa"/>
            </w:tcMar>
            <w:shd w:fill="F6F9FB"/>
          </w:tcPr>
          <w:p>
            <w:r>
              <w:rPr>
                <w:sz w:val="16"/>
              </w:rPr>
              <w:t>İletişim bilgisi</w:t>
            </w:r>
          </w:p>
        </w:tc>
        <w:tc>
          <w:tcPr>
            <w:tcW w:type="dxa" w:w="4997"/>
            <w:vAlign w:val="top"/>
            <w:tcMar>
              <w:top w:w="50" w:type="dxa"/>
              <w:start w:w="100" w:type="dxa"/>
              <w:bottom w:w="50" w:type="dxa"/>
              <w:end w:w="100" w:type="dxa"/>
            </w:tcMar>
            <w:shd w:fill="F6F9FB"/>
          </w:tcPr>
          <w:p>
            <w:r>
              <w:rPr>
                <w:sz w:val="16"/>
              </w:rPr>
            </w:r>
          </w:p>
        </w:tc>
      </w:tr>
      <w:tr>
        <w:tc>
          <w:tcPr>
            <w:tcW w:type="dxa" w:w="4997"/>
            <w:vAlign w:val="top"/>
            <w:tcMar>
              <w:top w:w="50" w:type="dxa"/>
              <w:start w:w="100" w:type="dxa"/>
              <w:bottom w:w="50" w:type="dxa"/>
              <w:end w:w="100" w:type="dxa"/>
            </w:tcMar>
          </w:tcPr>
          <w:p>
            <w:r>
              <w:rPr>
                <w:sz w:val="16"/>
              </w:rPr>
              <w:t>Temsil yetkisinin dayanağı</w:t>
            </w:r>
          </w:p>
        </w:tc>
        <w:tc>
          <w:tcPr>
            <w:tcW w:type="dxa" w:w="4997"/>
            <w:vAlign w:val="top"/>
            <w:tcMar>
              <w:top w:w="50" w:type="dxa"/>
              <w:start w:w="100" w:type="dxa"/>
              <w:bottom w:w="50" w:type="dxa"/>
              <w:end w:w="100" w:type="dxa"/>
            </w:tcMar>
          </w:tcPr>
          <w:p>
            <w:r>
              <w:rPr>
                <w:sz w:val="16"/>
              </w:rPr>
              <w:t>☐ Vekaletname  ☐ Velayet/vesayet belgesi  ☐ Diğer: ____________</w:t>
            </w:r>
          </w:p>
        </w:tc>
      </w:tr>
      <w:tr>
        <w:tc>
          <w:tcPr>
            <w:tcW w:type="dxa" w:w="4997"/>
            <w:vAlign w:val="top"/>
            <w:tcMar>
              <w:top w:w="50" w:type="dxa"/>
              <w:start w:w="100" w:type="dxa"/>
              <w:bottom w:w="50" w:type="dxa"/>
              <w:end w:w="100" w:type="dxa"/>
            </w:tcMar>
            <w:shd w:fill="F6F9FB"/>
          </w:tcPr>
          <w:p>
            <w:r>
              <w:rPr>
                <w:sz w:val="16"/>
              </w:rPr>
              <w:t>Belge tarihi/numarası</w:t>
            </w:r>
          </w:p>
        </w:tc>
        <w:tc>
          <w:tcPr>
            <w:tcW w:type="dxa" w:w="4997"/>
            <w:vAlign w:val="top"/>
            <w:tcMar>
              <w:top w:w="50" w:type="dxa"/>
              <w:start w:w="100" w:type="dxa"/>
              <w:bottom w:w="50" w:type="dxa"/>
              <w:end w:w="100" w:type="dxa"/>
            </w:tcMar>
            <w:shd w:fill="F6F9FB"/>
          </w:tcPr>
          <w:p>
            <w:r>
              <w:rPr>
                <w:sz w:val="16"/>
              </w:rPr>
            </w:r>
          </w:p>
        </w:tc>
      </w:tr>
    </w:tbl>
    <w:p>
      <w:pPr>
        <w:pStyle w:val="Heading1"/>
        <w:keepNext/>
      </w:pPr>
      <w:r>
        <w:t>Veri sorumlusu tarafından doldurulacaktır</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02A43"/>
            <w:tcMar>
              <w:top w:w="50" w:type="dxa"/>
              <w:start w:w="100" w:type="dxa"/>
              <w:bottom w:w="50" w:type="dxa"/>
              <w:end w:w="100" w:type="dxa"/>
            </w:tcMar>
          </w:tcPr>
          <w:p>
            <w:r>
              <w:rPr>
                <w:b/>
                <w:color w:val="FFFFFF"/>
                <w:sz w:val="18"/>
              </w:rPr>
              <w:t>Kayıt bilgisi</w:t>
            </w:r>
          </w:p>
        </w:tc>
        <w:tc>
          <w:tcPr>
            <w:tcW w:type="dxa" w:w="4997"/>
            <w:shd w:fill="102A43"/>
            <w:tcMar>
              <w:top w:w="50" w:type="dxa"/>
              <w:start w:w="100" w:type="dxa"/>
              <w:bottom w:w="50" w:type="dxa"/>
              <w:end w:w="100" w:type="dxa"/>
            </w:tcMar>
          </w:tcPr>
          <w:p>
            <w:r>
              <w:rPr>
                <w:b/>
                <w:color w:val="FFFFFF"/>
                <w:sz w:val="18"/>
              </w:rPr>
              <w:t>Açıklama</w:t>
            </w:r>
          </w:p>
        </w:tc>
      </w:tr>
      <w:tr>
        <w:tc>
          <w:tcPr>
            <w:tcW w:type="dxa" w:w="4997"/>
            <w:vAlign w:val="top"/>
            <w:tcMar>
              <w:top w:w="50" w:type="dxa"/>
              <w:start w:w="100" w:type="dxa"/>
              <w:bottom w:w="50" w:type="dxa"/>
              <w:end w:w="100" w:type="dxa"/>
            </w:tcMar>
          </w:tcPr>
          <w:p>
            <w:r>
              <w:rPr>
                <w:sz w:val="16"/>
              </w:rPr>
              <w:t>Başvurunun ulaştığı tarih</w:t>
            </w:r>
          </w:p>
        </w:tc>
        <w:tc>
          <w:tcPr>
            <w:tcW w:type="dxa" w:w="4997"/>
            <w:vAlign w:val="top"/>
            <w:tcMar>
              <w:top w:w="50" w:type="dxa"/>
              <w:start w:w="100" w:type="dxa"/>
              <w:bottom w:w="50" w:type="dxa"/>
              <w:end w:w="100" w:type="dxa"/>
            </w:tcMar>
          </w:tcPr>
          <w:p>
            <w:r>
              <w:rPr>
                <w:sz w:val="16"/>
              </w:rPr>
            </w:r>
          </w:p>
        </w:tc>
      </w:tr>
      <w:tr>
        <w:tc>
          <w:tcPr>
            <w:tcW w:type="dxa" w:w="4997"/>
            <w:vAlign w:val="top"/>
            <w:tcMar>
              <w:top w:w="50" w:type="dxa"/>
              <w:start w:w="100" w:type="dxa"/>
              <w:bottom w:w="50" w:type="dxa"/>
              <w:end w:w="100" w:type="dxa"/>
            </w:tcMar>
            <w:shd w:fill="F6F9FB"/>
          </w:tcPr>
          <w:p>
            <w:r>
              <w:rPr>
                <w:sz w:val="16"/>
              </w:rPr>
              <w:t>Başvuru kayıt numarası</w:t>
            </w:r>
          </w:p>
        </w:tc>
        <w:tc>
          <w:tcPr>
            <w:tcW w:type="dxa" w:w="4997"/>
            <w:vAlign w:val="top"/>
            <w:tcMar>
              <w:top w:w="50" w:type="dxa"/>
              <w:start w:w="100" w:type="dxa"/>
              <w:bottom w:w="50" w:type="dxa"/>
              <w:end w:w="100" w:type="dxa"/>
            </w:tcMar>
            <w:shd w:fill="F6F9FB"/>
          </w:tcPr>
          <w:p>
            <w:r>
              <w:rPr>
                <w:sz w:val="16"/>
              </w:rPr>
            </w:r>
          </w:p>
        </w:tc>
      </w:tr>
      <w:tr>
        <w:tc>
          <w:tcPr>
            <w:tcW w:type="dxa" w:w="4997"/>
            <w:vAlign w:val="top"/>
            <w:tcMar>
              <w:top w:w="50" w:type="dxa"/>
              <w:start w:w="100" w:type="dxa"/>
              <w:bottom w:w="50" w:type="dxa"/>
              <w:end w:w="100" w:type="dxa"/>
            </w:tcMar>
          </w:tcPr>
          <w:p>
            <w:r>
              <w:rPr>
                <w:sz w:val="16"/>
              </w:rPr>
              <w:t>Kimlik doğrulama yöntemi</w:t>
            </w:r>
          </w:p>
        </w:tc>
        <w:tc>
          <w:tcPr>
            <w:tcW w:type="dxa" w:w="4997"/>
            <w:vAlign w:val="top"/>
            <w:tcMar>
              <w:top w:w="50" w:type="dxa"/>
              <w:start w:w="100" w:type="dxa"/>
              <w:bottom w:w="50" w:type="dxa"/>
              <w:end w:w="100" w:type="dxa"/>
            </w:tcMar>
          </w:tcPr>
          <w:p>
            <w:r>
              <w:rPr>
                <w:sz w:val="16"/>
              </w:rPr>
            </w:r>
          </w:p>
        </w:tc>
      </w:tr>
      <w:tr>
        <w:tc>
          <w:tcPr>
            <w:tcW w:type="dxa" w:w="4997"/>
            <w:vAlign w:val="top"/>
            <w:tcMar>
              <w:top w:w="50" w:type="dxa"/>
              <w:start w:w="100" w:type="dxa"/>
              <w:bottom w:w="50" w:type="dxa"/>
              <w:end w:w="100" w:type="dxa"/>
            </w:tcMar>
            <w:shd w:fill="F6F9FB"/>
          </w:tcPr>
          <w:p>
            <w:r>
              <w:rPr>
                <w:sz w:val="16"/>
              </w:rPr>
              <w:t>Sorumlu birim/kişi</w:t>
            </w:r>
          </w:p>
        </w:tc>
        <w:tc>
          <w:tcPr>
            <w:tcW w:type="dxa" w:w="4997"/>
            <w:vAlign w:val="top"/>
            <w:tcMar>
              <w:top w:w="50" w:type="dxa"/>
              <w:start w:w="100" w:type="dxa"/>
              <w:bottom w:w="50" w:type="dxa"/>
              <w:end w:w="100" w:type="dxa"/>
            </w:tcMar>
            <w:shd w:fill="F6F9FB"/>
          </w:tcPr>
          <w:p>
            <w:r>
              <w:rPr>
                <w:sz w:val="16"/>
              </w:rPr>
            </w:r>
          </w:p>
        </w:tc>
      </w:tr>
      <w:tr>
        <w:tc>
          <w:tcPr>
            <w:tcW w:type="dxa" w:w="4997"/>
            <w:vAlign w:val="top"/>
            <w:tcMar>
              <w:top w:w="50" w:type="dxa"/>
              <w:start w:w="100" w:type="dxa"/>
              <w:bottom w:w="50" w:type="dxa"/>
              <w:end w:w="100" w:type="dxa"/>
            </w:tcMar>
          </w:tcPr>
          <w:p>
            <w:r>
              <w:rPr>
                <w:sz w:val="16"/>
              </w:rPr>
              <w:t>Cevap tarihi ve yöntemi</w:t>
            </w:r>
          </w:p>
        </w:tc>
        <w:tc>
          <w:tcPr>
            <w:tcW w:type="dxa" w:w="4997"/>
            <w:vAlign w:val="top"/>
            <w:tcMar>
              <w:top w:w="50" w:type="dxa"/>
              <w:start w:w="100" w:type="dxa"/>
              <w:bottom w:w="50" w:type="dxa"/>
              <w:end w:w="100" w:type="dxa"/>
            </w:tcMar>
          </w:tcPr>
          <w:p>
            <w:r>
              <w:rPr>
                <w:sz w:val="16"/>
              </w:rPr>
            </w:r>
          </w:p>
        </w:tc>
      </w:tr>
      <w:tr>
        <w:tc>
          <w:tcPr>
            <w:tcW w:type="dxa" w:w="4997"/>
            <w:vAlign w:val="top"/>
            <w:tcMar>
              <w:top w:w="50" w:type="dxa"/>
              <w:start w:w="100" w:type="dxa"/>
              <w:bottom w:w="50" w:type="dxa"/>
              <w:end w:w="100" w:type="dxa"/>
            </w:tcMar>
            <w:shd w:fill="F6F9FB"/>
          </w:tcPr>
          <w:p>
            <w:r>
              <w:rPr>
                <w:sz w:val="16"/>
              </w:rPr>
              <w:t>Sonuç / açıklama</w:t>
            </w:r>
          </w:p>
        </w:tc>
        <w:tc>
          <w:tcPr>
            <w:tcW w:type="dxa" w:w="4997"/>
            <w:vAlign w:val="top"/>
            <w:tcMar>
              <w:top w:w="50" w:type="dxa"/>
              <w:start w:w="100" w:type="dxa"/>
              <w:bottom w:w="50" w:type="dxa"/>
              <w:end w:w="100" w:type="dxa"/>
            </w:tcMar>
            <w:shd w:fill="F6F9FB"/>
          </w:tcPr>
          <w:p>
            <w:r>
              <w:rPr>
                <w:sz w:val="16"/>
              </w:rPr>
            </w:r>
          </w:p>
        </w:tc>
      </w:tr>
    </w:tbl>
    <w:p>
      <w:r>
        <w:t>Başvurular, talebin niteliğine göre en kısa sürede ve en geç 30 gün içinde sonuçlandırılır. Başvuru esas olarak ücretsizdir; işlemin ayrıca maliyet gerektirmesi hâlinde Kişisel Verileri Koruma Kurulunca belirlenen tarifedeki ücret talep edilebilir. Başvurunun reddedilmesi, cevabın yetersiz bulunması veya süresinde cevap verilmemesi hâlinde KVKK m.14 uyarınca Kurula şikâyet hakkı saklıdır.</w:t>
      </w:r>
    </w:p>
    <w:sectPr w:rsidR="00FC693F" w:rsidRPr="0006063C" w:rsidSect="00034616">
      <w:headerReference w:type="default" r:id="rId9"/>
      <w:footerReference w:type="default" r:id="rId10"/>
      <w:pgSz w:w="12240" w:h="15840"/>
      <w:pgMar w:top="835" w:right="1123" w:bottom="74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C6770"/>
        <w:sz w:val="15"/>
      </w:rPr>
      <w:t>KayakRehberi.net | Başvuru Formu 2026-10-v1 | 06.10.2026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1677A6"/>
        <w:sz w:val="15"/>
      </w:rPr>
      <w:t>KAYAKREHBERİ.NET  |  HUKUKİ METİNLER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eastAsia="Arial"/>
      <w:color w:val="2028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color w:val="102A43"/>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color w:val="1677A6"/>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00"/>
      <w:contextualSpacing/>
    </w:pPr>
    <w:rPr>
      <w:rFonts w:asciiTheme="majorHAnsi" w:eastAsiaTheme="majorEastAsia" w:hAnsiTheme="majorHAnsi" w:cstheme="majorBidi" w:ascii="Arial" w:hAnsi="Arial" w:eastAsia="Arial"/>
      <w:b/>
      <w:color w:val="102A4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